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</w:rPr>
        <w:t>Către,</w:t>
      </w:r>
    </w:p>
    <w:p>
      <w:pPr>
        <w:spacing w:after="120"/>
      </w:pPr>
      <w:r>
        <w:rPr>
          <w:b w:val="0"/>
        </w:rPr>
        <w:t>Serviciul Public Comunitar Local de Evidență a Persoanelor (SPCLEP)</w:t>
      </w:r>
    </w:p>
    <w:p>
      <w:pPr>
        <w:spacing w:after="120"/>
      </w:pPr>
      <w:r>
        <w:rPr>
          <w:b w:val="0"/>
        </w:rPr>
      </w:r>
    </w:p>
    <w:p>
      <w:pPr>
        <w:spacing w:after="40"/>
        <w:jc w:val="center"/>
      </w:pPr>
      <w:r>
        <w:rPr>
          <w:b/>
          <w:sz w:val="32"/>
        </w:rPr>
        <w:t>CERERE</w:t>
      </w:r>
    </w:p>
    <w:p>
      <w:pPr>
        <w:spacing w:after="240"/>
        <w:jc w:val="center"/>
      </w:pPr>
      <w:r>
        <w:rPr>
          <w:b/>
          <w:sz w:val="24"/>
        </w:rPr>
        <w:t>pentru eliberarea actului de identitate</w:t>
      </w:r>
    </w:p>
    <w:p>
      <w:pPr>
        <w:spacing w:after="120"/>
      </w:pPr>
      <w:r>
        <w:rPr>
          <w:b w:val="0"/>
        </w:rPr>
        <w:t>Subsemnatul(a) {{nume}} {{prenume}}, având codul numeric personal {{cnp}}, vă rog să aprobați eliberarea actului de identitate.</w:t>
      </w:r>
    </w:p>
    <w:p>
      <w:pPr>
        <w:spacing w:after="120"/>
      </w:pPr>
      <w:r>
        <w:rPr>
          <w:b w:val="0"/>
        </w:rPr>
        <w:t>Tipul solicitării: {{tip_solicitare}}.</w:t>
      </w:r>
    </w:p>
    <w:p>
      <w:pPr>
        <w:spacing w:after="120"/>
      </w:pPr>
      <w:r>
        <w:rPr>
          <w:b w:val="0"/>
        </w:rPr>
        <w:t>Solicit programare pentru depunerea documentelor la data și ora: {{data_programarii}}.</w:t>
      </w:r>
    </w:p>
    <w:p>
      <w:pPr>
        <w:spacing w:after="120"/>
      </w:pPr>
      <w:r>
        <w:rPr>
          <w:b w:val="0"/>
        </w:rPr>
      </w:r>
    </w:p>
    <w:p>
      <w:pPr>
        <w:spacing w:after="40"/>
      </w:pPr>
      <w:r>
        <w:rPr>
          <w:b/>
        </w:rPr>
        <w:t>Date de contact:</w:t>
      </w:r>
    </w:p>
    <w:p>
      <w:pPr>
        <w:spacing w:after="40"/>
      </w:pPr>
      <w:r>
        <w:rPr>
          <w:b w:val="0"/>
        </w:rPr>
        <w:t>Adresă de e-mail: {{email}}</w:t>
      </w:r>
    </w:p>
    <w:p>
      <w:pPr>
        <w:spacing w:after="240"/>
      </w:pPr>
      <w:r>
        <w:rPr>
          <w:b w:val="0"/>
        </w:rPr>
        <w:t>Telefon: {{telefon}}</w:t>
      </w:r>
    </w:p>
    <w:p>
      <w:pPr>
        <w:spacing w:after="120"/>
      </w:pPr>
      <w:r>
        <w:rPr>
          <w:b w:val="0"/>
        </w:rPr>
        <w:t>Declar pe propria răspundere că datele furnizate sunt corecte și complete și că documentele justificative atașate sunt conforme cu realitatea.</w:t>
      </w:r>
    </w:p>
    <w:p>
      <w:pPr>
        <w:spacing w:after="120"/>
      </w:pPr>
      <w:r>
        <w:rPr>
          <w:b w:val="0"/>
        </w:rPr>
      </w:r>
    </w:p>
    <w:p>
      <w:pPr>
        <w:spacing w:after="40"/>
      </w:pPr>
      <w:r>
        <w:rPr>
          <w:b w:val="0"/>
        </w:rPr>
        <w:t>Data: {{data_programarii}}</w:t>
      </w:r>
    </w:p>
    <w:p>
      <w:pPr>
        <w:spacing w:after="120"/>
      </w:pPr>
      <w:r>
        <w:rPr>
          <w:b w:val="0"/>
        </w:rPr>
        <w:t>Semnătura: ____________________</w:t>
      </w:r>
    </w:p>
    <w:p>
      <w:pPr>
        <w:spacing w:after="120"/>
      </w:pPr>
      <w:r>
        <w:rPr>
          <w:b w:val="0"/>
        </w:rPr>
      </w:r>
    </w:p>
    <w:p>
      <w:pPr>
        <w:jc w:val="left"/>
      </w:pPr>
      <w:r>
        <w:rPr>
          <w:i/>
          <w:sz w:val="17"/>
        </w:rPr>
        <w:t>Nota: acest formular este modelul oficial pentru serviciul Carte de identitate - programare si depunere acte (cod SPCLEP-01). Campurile marcate {{...}} se completeaza automat din datele introduse in portal.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